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B065" w14:textId="77777777" w:rsidR="004056F3" w:rsidRDefault="004056F3">
      <w:pPr>
        <w:spacing w:after="40"/>
        <w:jc w:val="center"/>
        <w:rPr>
          <w:b/>
          <w:color w:val="182631"/>
          <w:sz w:val="26"/>
        </w:rPr>
      </w:pPr>
    </w:p>
    <w:p w14:paraId="770136B6" w14:textId="2EE71E0A" w:rsidR="00D26B2E" w:rsidRDefault="00AC3FD8">
      <w:pPr>
        <w:spacing w:after="40"/>
        <w:jc w:val="center"/>
        <w:rPr>
          <w:b/>
          <w:color w:val="182631"/>
          <w:sz w:val="26"/>
        </w:rPr>
      </w:pPr>
      <w:r>
        <w:rPr>
          <w:b/>
          <w:color w:val="182631"/>
          <w:sz w:val="26"/>
        </w:rPr>
        <w:t xml:space="preserve">REQUEST </w:t>
      </w:r>
      <w:r w:rsidR="008D3595">
        <w:rPr>
          <w:b/>
          <w:color w:val="182631"/>
          <w:sz w:val="26"/>
        </w:rPr>
        <w:t>FOR</w:t>
      </w:r>
      <w:r>
        <w:rPr>
          <w:b/>
          <w:color w:val="182631"/>
          <w:sz w:val="26"/>
        </w:rPr>
        <w:t xml:space="preserve"> PERSONAL INFORMATION</w:t>
      </w:r>
    </w:p>
    <w:p w14:paraId="030672A6" w14:textId="77777777" w:rsidR="004056F3" w:rsidRDefault="004056F3">
      <w:pPr>
        <w:spacing w:after="40"/>
        <w:jc w:val="center"/>
      </w:pPr>
    </w:p>
    <w:p w14:paraId="049CDE54" w14:textId="77777777" w:rsidR="00D26B2E" w:rsidRDefault="00AC3FD8">
      <w:pPr>
        <w:spacing w:after="80"/>
        <w:jc w:val="center"/>
        <w:rPr>
          <w:color w:val="465560"/>
          <w:sz w:val="17"/>
        </w:rPr>
      </w:pPr>
      <w:r>
        <w:rPr>
          <w:color w:val="465560"/>
          <w:sz w:val="17"/>
        </w:rPr>
        <w:t>Use this form to request your personal information or information you are legally authorized to access.</w:t>
      </w:r>
    </w:p>
    <w:p w14:paraId="392AD25F" w14:textId="77777777" w:rsidR="004056F3" w:rsidRDefault="004056F3">
      <w:pPr>
        <w:spacing w:after="80"/>
        <w:jc w:val="center"/>
      </w:pPr>
    </w:p>
    <w:p w14:paraId="1109F9E3" w14:textId="77777777" w:rsidR="00D26B2E" w:rsidRDefault="00AC3FD8">
      <w:pPr>
        <w:keepNext/>
        <w:shd w:val="clear" w:color="auto" w:fill="263746"/>
        <w:spacing w:before="100" w:after="60"/>
        <w:ind w:left="120" w:right="120"/>
      </w:pPr>
      <w:r>
        <w:rPr>
          <w:b/>
          <w:color w:val="FFFFFF"/>
        </w:rPr>
        <w:t>1. PATIENT INFORMATION</w:t>
      </w:r>
    </w:p>
    <w:tbl>
      <w:tblPr>
        <w:tblW w:w="10656" w:type="dxa"/>
        <w:jc w:val="center"/>
        <w:tblBorders>
          <w:top w:val="single" w:sz="6" w:space="0" w:color="B7C2CC"/>
          <w:left w:val="single" w:sz="6" w:space="0" w:color="B7C2CC"/>
          <w:bottom w:val="single" w:sz="6" w:space="0" w:color="B7C2CC"/>
          <w:right w:val="single" w:sz="6" w:space="0" w:color="B7C2CC"/>
          <w:insideH w:val="single" w:sz="6" w:space="0" w:color="B7C2CC"/>
          <w:insideV w:val="single" w:sz="6" w:space="0" w:color="B7C2CC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D26B2E" w14:paraId="5890B653" w14:textId="77777777">
        <w:trPr>
          <w:jc w:val="center"/>
        </w:trPr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6C423E0" w14:textId="77777777" w:rsidR="00D26B2E" w:rsidRDefault="00AC3FD8">
            <w:r>
              <w:rPr>
                <w:b/>
                <w:color w:val="1F2933"/>
              </w:rPr>
              <w:t xml:space="preserve">Last name: </w:t>
            </w:r>
            <w:r>
              <w:rPr>
                <w:color w:val="1F2933"/>
              </w:rPr>
              <w:t>________________________________</w:t>
            </w:r>
          </w:p>
        </w:tc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DA11ADE" w14:textId="77777777" w:rsidR="00D26B2E" w:rsidRDefault="00AC3FD8">
            <w:r>
              <w:rPr>
                <w:b/>
                <w:color w:val="1F2933"/>
              </w:rPr>
              <w:t xml:space="preserve">First name: </w:t>
            </w:r>
            <w:r>
              <w:rPr>
                <w:color w:val="1F2933"/>
              </w:rPr>
              <w:t>_______________________________</w:t>
            </w:r>
          </w:p>
        </w:tc>
      </w:tr>
      <w:tr w:rsidR="00D26B2E" w14:paraId="7672EC70" w14:textId="77777777">
        <w:trPr>
          <w:jc w:val="center"/>
        </w:trPr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2AF7BC6" w14:textId="77777777" w:rsidR="00D26B2E" w:rsidRDefault="00AC3FD8">
            <w:r>
              <w:rPr>
                <w:b/>
                <w:color w:val="1F2933"/>
              </w:rPr>
              <w:t xml:space="preserve">Personal Health Number: </w:t>
            </w:r>
            <w:r>
              <w:rPr>
                <w:color w:val="1F2933"/>
              </w:rPr>
              <w:t>_____________________</w:t>
            </w:r>
          </w:p>
        </w:tc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12C2ACD" w14:textId="77777777" w:rsidR="00D26B2E" w:rsidRDefault="00AC3FD8">
            <w:r>
              <w:rPr>
                <w:b/>
                <w:color w:val="1F2933"/>
              </w:rPr>
              <w:t xml:space="preserve">Date of birth (dd/mm/yyyy): </w:t>
            </w:r>
            <w:r>
              <w:rPr>
                <w:color w:val="1F2933"/>
              </w:rPr>
              <w:t>__________________</w:t>
            </w:r>
          </w:p>
        </w:tc>
      </w:tr>
      <w:tr w:rsidR="00D26B2E" w14:paraId="4036C274" w14:textId="77777777">
        <w:trPr>
          <w:jc w:val="center"/>
        </w:trPr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1E56918" w14:textId="77777777" w:rsidR="00D26B2E" w:rsidRDefault="00AC3FD8">
            <w:r>
              <w:rPr>
                <w:b/>
                <w:color w:val="1F2933"/>
              </w:rPr>
              <w:t xml:space="preserve">Address: </w:t>
            </w:r>
            <w:r>
              <w:rPr>
                <w:color w:val="1F2933"/>
              </w:rPr>
              <w:t>___________________________________</w:t>
            </w:r>
          </w:p>
        </w:tc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8FD807B" w14:textId="77777777" w:rsidR="00D26B2E" w:rsidRDefault="00AC3FD8">
            <w:r>
              <w:rPr>
                <w:b/>
                <w:color w:val="1F2933"/>
              </w:rPr>
              <w:t xml:space="preserve">City/Town: </w:t>
            </w:r>
            <w:r>
              <w:rPr>
                <w:color w:val="1F2933"/>
              </w:rPr>
              <w:t>_______________________________</w:t>
            </w:r>
          </w:p>
        </w:tc>
      </w:tr>
      <w:tr w:rsidR="00D26B2E" w14:paraId="673475CB" w14:textId="77777777">
        <w:trPr>
          <w:jc w:val="center"/>
        </w:trPr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FCEB8D5" w14:textId="77777777" w:rsidR="00D26B2E" w:rsidRDefault="00AC3FD8">
            <w:r>
              <w:rPr>
                <w:b/>
                <w:color w:val="1F2933"/>
              </w:rPr>
              <w:t xml:space="preserve">Postal code: </w:t>
            </w:r>
            <w:r>
              <w:rPr>
                <w:color w:val="1F2933"/>
              </w:rPr>
              <w:t>_______________________________</w:t>
            </w:r>
          </w:p>
        </w:tc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8956AF2" w14:textId="77777777" w:rsidR="00D26B2E" w:rsidRDefault="00AC3FD8">
            <w:r>
              <w:rPr>
                <w:b/>
                <w:color w:val="1F2933"/>
              </w:rPr>
              <w:t xml:space="preserve">Contact number: </w:t>
            </w:r>
            <w:r>
              <w:rPr>
                <w:color w:val="1F2933"/>
              </w:rPr>
              <w:t>__________________________</w:t>
            </w:r>
          </w:p>
        </w:tc>
      </w:tr>
    </w:tbl>
    <w:p w14:paraId="6297C935" w14:textId="77777777" w:rsidR="00D26B2E" w:rsidRDefault="00AC3FD8">
      <w:pPr>
        <w:keepNext/>
        <w:shd w:val="clear" w:color="auto" w:fill="263746"/>
        <w:spacing w:before="100" w:after="60"/>
        <w:ind w:left="120" w:right="120"/>
      </w:pPr>
      <w:r>
        <w:rPr>
          <w:b/>
          <w:color w:val="FFFFFF"/>
        </w:rPr>
        <w:t>2. RECORDS REQUESTED</w:t>
      </w:r>
    </w:p>
    <w:tbl>
      <w:tblPr>
        <w:tblW w:w="10656" w:type="dxa"/>
        <w:tblBorders>
          <w:top w:val="single" w:sz="6" w:space="0" w:color="B7C2CC"/>
          <w:left w:val="single" w:sz="6" w:space="0" w:color="B7C2CC"/>
          <w:bottom w:val="single" w:sz="6" w:space="0" w:color="B7C2CC"/>
          <w:right w:val="single" w:sz="6" w:space="0" w:color="B7C2CC"/>
          <w:insideH w:val="single" w:sz="6" w:space="0" w:color="B7C2CC"/>
          <w:insideV w:val="single" w:sz="6" w:space="0" w:color="B7C2CC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D26B2E" w14:paraId="7826B0D1" w14:textId="77777777">
        <w:tc>
          <w:tcPr>
            <w:tcW w:w="1065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40ED5A3" w14:textId="77777777" w:rsidR="00D26B2E" w:rsidRDefault="00AC3FD8">
            <w:r>
              <w:rPr>
                <w:b/>
                <w:color w:val="1F2933"/>
              </w:rPr>
              <w:t xml:space="preserve">Date(s) of exam(s): </w:t>
            </w:r>
            <w:r>
              <w:rPr>
                <w:color w:val="1F2933"/>
              </w:rPr>
              <w:t>_________________________________________________________________________</w:t>
            </w:r>
          </w:p>
        </w:tc>
      </w:tr>
      <w:tr w:rsidR="00D26B2E" w14:paraId="44E13B26" w14:textId="77777777">
        <w:tc>
          <w:tcPr>
            <w:tcW w:w="1065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F5A43A0" w14:textId="77777777" w:rsidR="00D26B2E" w:rsidRDefault="00AC3FD8">
            <w:r>
              <w:rPr>
                <w:b/>
                <w:color w:val="1F2933"/>
              </w:rPr>
              <w:t xml:space="preserve">Exam type(s) / description: </w:t>
            </w:r>
            <w:r>
              <w:rPr>
                <w:color w:val="1F2933"/>
              </w:rPr>
              <w:t>_________________________________________________________________</w:t>
            </w:r>
          </w:p>
        </w:tc>
      </w:tr>
    </w:tbl>
    <w:p w14:paraId="0FA6FB8C" w14:textId="77777777" w:rsidR="00D26B2E" w:rsidRDefault="00AC3FD8">
      <w:pPr>
        <w:keepNext/>
        <w:shd w:val="clear" w:color="auto" w:fill="263746"/>
        <w:spacing w:before="100" w:after="60"/>
        <w:ind w:left="120" w:right="120"/>
      </w:pPr>
      <w:r>
        <w:rPr>
          <w:b/>
          <w:color w:val="FFFFFF"/>
        </w:rPr>
        <w:t>3. HOW WOULD YOU LIKE TO RECEIVE THE RECORDS? (SELECT ALL THAT APPLY)</w:t>
      </w:r>
    </w:p>
    <w:tbl>
      <w:tblPr>
        <w:tblW w:w="10656" w:type="dxa"/>
        <w:tblBorders>
          <w:top w:val="single" w:sz="6" w:space="0" w:color="B7C2CC"/>
          <w:left w:val="single" w:sz="6" w:space="0" w:color="B7C2CC"/>
          <w:bottom w:val="single" w:sz="6" w:space="0" w:color="B7C2CC"/>
          <w:right w:val="single" w:sz="6" w:space="0" w:color="B7C2CC"/>
          <w:insideH w:val="single" w:sz="6" w:space="0" w:color="B7C2CC"/>
          <w:insideV w:val="single" w:sz="6" w:space="0" w:color="B7C2CC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D26B2E" w14:paraId="6E37C304" w14:textId="77777777">
        <w:tc>
          <w:tcPr>
            <w:tcW w:w="532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0CDC10" w14:textId="77777777" w:rsidR="00D26B2E" w:rsidRDefault="00AC3FD8">
            <w:pPr>
              <w:spacing w:after="40"/>
            </w:pPr>
            <w:r>
              <w:rPr>
                <w:color w:val="1F2933"/>
              </w:rPr>
              <w:t>☐</w:t>
            </w:r>
            <w:r>
              <w:rPr>
                <w:color w:val="1F2933"/>
              </w:rPr>
              <w:t xml:space="preserve">  Patient report — no charge</w:t>
            </w:r>
          </w:p>
          <w:p w14:paraId="4C63201D" w14:textId="77777777" w:rsidR="00D26B2E" w:rsidRDefault="00AC3FD8">
            <w:pPr>
              <w:spacing w:after="40"/>
            </w:pPr>
            <w:r>
              <w:rPr>
                <w:color w:val="1F2933"/>
              </w:rPr>
              <w:t>☐</w:t>
            </w:r>
            <w:r>
              <w:rPr>
                <w:color w:val="1F2933"/>
              </w:rPr>
              <w:t xml:space="preserve">  CD and report — $20 per study</w:t>
            </w:r>
          </w:p>
          <w:p w14:paraId="11D3CB42" w14:textId="63321670" w:rsidR="00D26B2E" w:rsidRDefault="00AC3FD8">
            <w:pPr>
              <w:spacing w:after="40"/>
            </w:pPr>
            <w:r>
              <w:rPr>
                <w:b/>
                <w:color w:val="1F2933"/>
              </w:rPr>
              <w:t>☐</w:t>
            </w:r>
            <w:r>
              <w:rPr>
                <w:b/>
                <w:color w:val="1F2933"/>
              </w:rPr>
              <w:t xml:space="preserve">  Expedited CD </w:t>
            </w:r>
            <w:r w:rsidR="004056F3">
              <w:rPr>
                <w:b/>
                <w:color w:val="1F2933"/>
              </w:rPr>
              <w:t xml:space="preserve">(Same </w:t>
            </w:r>
            <w:proofErr w:type="gramStart"/>
            <w:r w:rsidR="004056F3">
              <w:rPr>
                <w:b/>
                <w:color w:val="1F2933"/>
              </w:rPr>
              <w:t>Day)</w:t>
            </w:r>
            <w:r>
              <w:rPr>
                <w:b/>
                <w:color w:val="1F2933"/>
              </w:rPr>
              <w:t>—</w:t>
            </w:r>
            <w:proofErr w:type="gramEnd"/>
            <w:r>
              <w:rPr>
                <w:b/>
                <w:color w:val="1F2933"/>
              </w:rPr>
              <w:t xml:space="preserve"> $40 per study</w:t>
            </w:r>
          </w:p>
        </w:tc>
        <w:tc>
          <w:tcPr>
            <w:tcW w:w="532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296AD6" w14:textId="77777777" w:rsidR="00D26B2E" w:rsidRDefault="00AC3FD8">
            <w:pPr>
              <w:spacing w:after="40"/>
            </w:pPr>
            <w:r>
              <w:rPr>
                <w:color w:val="1F2933"/>
              </w:rPr>
              <w:t>☐</w:t>
            </w:r>
            <w:r>
              <w:rPr>
                <w:color w:val="1F2933"/>
              </w:rPr>
              <w:t xml:space="preserve">  Fax report to physiotherapist, chiropractor, or naturopath</w:t>
            </w:r>
          </w:p>
          <w:p w14:paraId="20F44EA3" w14:textId="77777777" w:rsidR="00D26B2E" w:rsidRDefault="00AC3FD8">
            <w:pPr>
              <w:spacing w:after="40"/>
            </w:pPr>
            <w:r>
              <w:rPr>
                <w:color w:val="1F2933"/>
                <w:sz w:val="17"/>
              </w:rPr>
              <w:t>Provider name: ______________________________</w:t>
            </w:r>
          </w:p>
          <w:p w14:paraId="57799436" w14:textId="77777777" w:rsidR="00D26B2E" w:rsidRDefault="00AC3FD8">
            <w:r>
              <w:rPr>
                <w:color w:val="1F2933"/>
                <w:sz w:val="17"/>
              </w:rPr>
              <w:t>Fax number:   ______________________________</w:t>
            </w:r>
          </w:p>
        </w:tc>
      </w:tr>
    </w:tbl>
    <w:p w14:paraId="6C4163C4" w14:textId="77777777" w:rsidR="00D26B2E" w:rsidRDefault="00AC3FD8">
      <w:pPr>
        <w:keepNext/>
        <w:shd w:val="clear" w:color="auto" w:fill="263746"/>
        <w:spacing w:before="100" w:after="60"/>
        <w:ind w:left="120" w:right="120"/>
      </w:pPr>
      <w:r>
        <w:rPr>
          <w:b/>
          <w:color w:val="FFFFFF"/>
        </w:rPr>
        <w:t>4. IMPORTANT INFORMATION</w:t>
      </w:r>
    </w:p>
    <w:p w14:paraId="239D4506" w14:textId="77777777" w:rsidR="00D26B2E" w:rsidRDefault="00AC3FD8">
      <w:pPr>
        <w:spacing w:after="20"/>
        <w:ind w:left="230" w:hanging="173"/>
      </w:pPr>
      <w:r>
        <w:rPr>
          <w:color w:val="1F2933"/>
          <w:sz w:val="16"/>
        </w:rPr>
        <w:t>•  Results are not mailed. Patient copies are available for pickup two weeks after the request date.</w:t>
      </w:r>
    </w:p>
    <w:p w14:paraId="636DC388" w14:textId="77777777" w:rsidR="00D26B2E" w:rsidRDefault="00AC3FD8">
      <w:pPr>
        <w:spacing w:after="20"/>
        <w:ind w:left="230" w:hanging="173"/>
      </w:pPr>
      <w:r>
        <w:rPr>
          <w:color w:val="1F2933"/>
          <w:sz w:val="16"/>
        </w:rPr>
        <w:t>•  CDs not picked up within six months will be securely disposed of without reminder.</w:t>
      </w:r>
    </w:p>
    <w:p w14:paraId="04F315C5" w14:textId="77777777" w:rsidR="00D26B2E" w:rsidRDefault="00AC3FD8">
      <w:pPr>
        <w:spacing w:after="20"/>
        <w:ind w:left="230" w:hanging="173"/>
      </w:pPr>
      <w:r>
        <w:rPr>
          <w:color w:val="1F2933"/>
          <w:sz w:val="16"/>
        </w:rPr>
        <w:t>•  CD image copies are not compatible with Mac computers.</w:t>
      </w:r>
    </w:p>
    <w:p w14:paraId="7C96E67A" w14:textId="77777777" w:rsidR="00D26B2E" w:rsidRDefault="00AC3FD8">
      <w:pPr>
        <w:spacing w:after="20"/>
        <w:ind w:left="230" w:hanging="173"/>
      </w:pPr>
      <w:r>
        <w:rPr>
          <w:color w:val="1F2933"/>
          <w:sz w:val="16"/>
        </w:rPr>
        <w:t>•  Photo identification is required at pickup.</w:t>
      </w:r>
    </w:p>
    <w:p w14:paraId="4414D433" w14:textId="77777777" w:rsidR="00D26B2E" w:rsidRDefault="00AC3FD8">
      <w:pPr>
        <w:spacing w:after="20"/>
        <w:ind w:left="230" w:hanging="173"/>
      </w:pPr>
      <w:r>
        <w:rPr>
          <w:color w:val="1F2933"/>
          <w:sz w:val="16"/>
        </w:rPr>
        <w:t>•  All fees are non-refundable.</w:t>
      </w:r>
    </w:p>
    <w:p w14:paraId="6E1D885C" w14:textId="77777777" w:rsidR="00D26B2E" w:rsidRDefault="00AC3FD8">
      <w:pPr>
        <w:keepNext/>
        <w:shd w:val="clear" w:color="auto" w:fill="263746"/>
        <w:spacing w:before="100" w:after="60"/>
        <w:ind w:left="120" w:right="120"/>
      </w:pPr>
      <w:r>
        <w:rPr>
          <w:b/>
          <w:color w:val="FFFFFF"/>
        </w:rPr>
        <w:t>5. AUTHORIZATION AND SIGNATURES</w:t>
      </w:r>
    </w:p>
    <w:p w14:paraId="7E051779" w14:textId="77777777" w:rsidR="00D26B2E" w:rsidRDefault="00AC3FD8">
      <w:pPr>
        <w:spacing w:after="60"/>
      </w:pPr>
      <w:r>
        <w:rPr>
          <w:color w:val="465560"/>
          <w:sz w:val="16"/>
        </w:rPr>
        <w:t>Complete this section only if another person will pick up the records on the patient's behalf.</w:t>
      </w:r>
    </w:p>
    <w:tbl>
      <w:tblPr>
        <w:tblW w:w="10656" w:type="dxa"/>
        <w:tblBorders>
          <w:top w:val="single" w:sz="6" w:space="0" w:color="B7C2CC"/>
          <w:left w:val="single" w:sz="6" w:space="0" w:color="B7C2CC"/>
          <w:bottom w:val="single" w:sz="6" w:space="0" w:color="B7C2CC"/>
          <w:right w:val="single" w:sz="6" w:space="0" w:color="B7C2CC"/>
          <w:insideH w:val="single" w:sz="6" w:space="0" w:color="B7C2CC"/>
          <w:insideV w:val="single" w:sz="6" w:space="0" w:color="B7C2CC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D26B2E" w14:paraId="1F72909D" w14:textId="77777777"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4626615" w14:textId="77777777" w:rsidR="00D26B2E" w:rsidRDefault="00AC3FD8">
            <w:r>
              <w:rPr>
                <w:b/>
                <w:color w:val="1F2933"/>
              </w:rPr>
              <w:t xml:space="preserve">I, (patient name): </w:t>
            </w:r>
            <w:r>
              <w:rPr>
                <w:color w:val="1F2933"/>
              </w:rPr>
              <w:t>_________________________</w:t>
            </w:r>
          </w:p>
        </w:tc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DF30779" w14:textId="77777777" w:rsidR="00D26B2E" w:rsidRDefault="00AC3FD8">
            <w:r>
              <w:rPr>
                <w:b/>
                <w:color w:val="1F2933"/>
              </w:rPr>
              <w:t xml:space="preserve">authorize (full name): </w:t>
            </w:r>
            <w:r>
              <w:rPr>
                <w:color w:val="1F2933"/>
              </w:rPr>
              <w:t>______________________</w:t>
            </w:r>
          </w:p>
        </w:tc>
      </w:tr>
    </w:tbl>
    <w:p w14:paraId="0922A0FE" w14:textId="77777777" w:rsidR="00D26B2E" w:rsidRDefault="00AC3FD8">
      <w:pPr>
        <w:spacing w:before="40" w:after="60"/>
      </w:pPr>
      <w:r>
        <w:rPr>
          <w:color w:val="1F2933"/>
          <w:sz w:val="17"/>
        </w:rPr>
        <w:t>to pick up my requested report and/or CD on my behalf. The authorized person must present valid photo identification.</w:t>
      </w:r>
    </w:p>
    <w:tbl>
      <w:tblPr>
        <w:tblW w:w="10656" w:type="dxa"/>
        <w:tblBorders>
          <w:top w:val="single" w:sz="6" w:space="0" w:color="B7C2CC"/>
          <w:left w:val="single" w:sz="6" w:space="0" w:color="B7C2CC"/>
          <w:bottom w:val="single" w:sz="6" w:space="0" w:color="B7C2CC"/>
          <w:right w:val="single" w:sz="6" w:space="0" w:color="B7C2CC"/>
          <w:insideH w:val="single" w:sz="6" w:space="0" w:color="B7C2CC"/>
          <w:insideV w:val="single" w:sz="6" w:space="0" w:color="B7C2CC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D26B2E" w14:paraId="2B7744FE" w14:textId="77777777"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086EE78" w14:textId="77777777" w:rsidR="00D26B2E" w:rsidRDefault="00AC3FD8">
            <w:r>
              <w:rPr>
                <w:b/>
                <w:color w:val="1F2933"/>
              </w:rPr>
              <w:t xml:space="preserve">Patient signature: </w:t>
            </w:r>
            <w:r>
              <w:rPr>
                <w:color w:val="1F2933"/>
              </w:rPr>
              <w:t>___________________________</w:t>
            </w:r>
          </w:p>
        </w:tc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3771BEE" w14:textId="77777777" w:rsidR="00D26B2E" w:rsidRDefault="00AC3FD8">
            <w:r>
              <w:rPr>
                <w:b/>
                <w:color w:val="1F2933"/>
              </w:rPr>
              <w:t xml:space="preserve">Date (dd/mm/yyyy): </w:t>
            </w:r>
            <w:r>
              <w:rPr>
                <w:color w:val="1F2933"/>
              </w:rPr>
              <w:t>_______________________</w:t>
            </w:r>
          </w:p>
        </w:tc>
      </w:tr>
      <w:tr w:rsidR="00D26B2E" w14:paraId="371D2D60" w14:textId="77777777" w:rsidTr="000E0481">
        <w:trPr>
          <w:trHeight w:val="376"/>
        </w:trPr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99E7B59" w14:textId="1E06B7B4" w:rsidR="00D26B2E" w:rsidRDefault="00AC3FD8">
            <w:r>
              <w:rPr>
                <w:b/>
                <w:color w:val="1F2933"/>
              </w:rPr>
              <w:t xml:space="preserve">Authorized person </w:t>
            </w:r>
            <w:r w:rsidR="000E0481">
              <w:rPr>
                <w:b/>
                <w:color w:val="1F2933"/>
              </w:rPr>
              <w:t xml:space="preserve">signature: </w:t>
            </w:r>
            <w:r>
              <w:rPr>
                <w:color w:val="1F2933"/>
              </w:rPr>
              <w:t>_________________</w:t>
            </w:r>
          </w:p>
        </w:tc>
        <w:tc>
          <w:tcPr>
            <w:tcW w:w="532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FEECC36" w14:textId="77777777" w:rsidR="00D26B2E" w:rsidRDefault="00AC3FD8">
            <w:r>
              <w:rPr>
                <w:b/>
                <w:color w:val="1F2933"/>
              </w:rPr>
              <w:t xml:space="preserve">Pickup date (dd/mm/yyyy): </w:t>
            </w:r>
            <w:r>
              <w:rPr>
                <w:color w:val="1F2933"/>
              </w:rPr>
              <w:t>_________________</w:t>
            </w:r>
          </w:p>
        </w:tc>
      </w:tr>
    </w:tbl>
    <w:p w14:paraId="75629C28" w14:textId="77777777" w:rsidR="00D26B2E" w:rsidRDefault="00AC3FD8">
      <w:pPr>
        <w:keepNext/>
        <w:shd w:val="clear" w:color="auto" w:fill="263746"/>
        <w:spacing w:before="100" w:after="60"/>
        <w:ind w:left="120" w:right="120"/>
      </w:pPr>
      <w:r>
        <w:rPr>
          <w:b/>
          <w:color w:val="FFFFFF"/>
        </w:rPr>
        <w:t>OFFICE USE ONLY</w:t>
      </w:r>
    </w:p>
    <w:tbl>
      <w:tblPr>
        <w:tblW w:w="10656" w:type="dxa"/>
        <w:tblBorders>
          <w:top w:val="single" w:sz="6" w:space="0" w:color="B7C2CC"/>
          <w:left w:val="single" w:sz="6" w:space="0" w:color="B7C2CC"/>
          <w:bottom w:val="single" w:sz="6" w:space="0" w:color="B7C2CC"/>
          <w:right w:val="single" w:sz="6" w:space="0" w:color="B7C2CC"/>
          <w:insideH w:val="single" w:sz="6" w:space="0" w:color="B7C2CC"/>
          <w:insideV w:val="single" w:sz="6" w:space="0" w:color="B7C2CC"/>
        </w:tblBorders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D26B2E" w14:paraId="147583D6" w14:textId="77777777" w:rsidTr="000E0481">
        <w:trPr>
          <w:trHeight w:val="781"/>
        </w:trPr>
        <w:tc>
          <w:tcPr>
            <w:tcW w:w="3552" w:type="dxa"/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30D9407" w14:textId="77777777" w:rsidR="00D26B2E" w:rsidRDefault="00AC3FD8">
            <w:r>
              <w:rPr>
                <w:b/>
                <w:color w:val="1F2933"/>
              </w:rPr>
              <w:t xml:space="preserve">Ready for pickup: </w:t>
            </w:r>
            <w:r>
              <w:rPr>
                <w:color w:val="1F2933"/>
              </w:rPr>
              <w:t>__________________</w:t>
            </w:r>
          </w:p>
        </w:tc>
        <w:tc>
          <w:tcPr>
            <w:tcW w:w="3552" w:type="dxa"/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AF4C728" w14:textId="77777777" w:rsidR="00D26B2E" w:rsidRDefault="00AC3FD8">
            <w:r>
              <w:rPr>
                <w:b/>
                <w:color w:val="1F2933"/>
              </w:rPr>
              <w:t xml:space="preserve">ID verified by: </w:t>
            </w:r>
            <w:r>
              <w:rPr>
                <w:color w:val="1F2933"/>
              </w:rPr>
              <w:t>___________________</w:t>
            </w:r>
          </w:p>
        </w:tc>
        <w:tc>
          <w:tcPr>
            <w:tcW w:w="3552" w:type="dxa"/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B89119D" w14:textId="77777777" w:rsidR="00D26B2E" w:rsidRDefault="00AC3FD8">
            <w:r>
              <w:rPr>
                <w:b/>
                <w:color w:val="1F2933"/>
              </w:rPr>
              <w:t xml:space="preserve">Date released: </w:t>
            </w:r>
            <w:r>
              <w:rPr>
                <w:color w:val="1F2933"/>
              </w:rPr>
              <w:t>____________________</w:t>
            </w:r>
          </w:p>
        </w:tc>
      </w:tr>
    </w:tbl>
    <w:p w14:paraId="7B4F6D60" w14:textId="77777777" w:rsidR="000F04EF" w:rsidRDefault="000F04EF"/>
    <w:sectPr w:rsidR="000F04EF" w:rsidSect="00034616">
      <w:headerReference w:type="default" r:id="rId8"/>
      <w:footerReference w:type="default" r:id="rId9"/>
      <w:pgSz w:w="12240" w:h="15840"/>
      <w:pgMar w:top="576" w:right="792" w:bottom="605" w:left="792" w:header="21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9932E" w14:textId="77777777" w:rsidR="00AC3FD8" w:rsidRDefault="00AC3FD8">
      <w:pPr>
        <w:spacing w:line="240" w:lineRule="auto"/>
      </w:pPr>
      <w:r>
        <w:separator/>
      </w:r>
    </w:p>
  </w:endnote>
  <w:endnote w:type="continuationSeparator" w:id="0">
    <w:p w14:paraId="4A8D553D" w14:textId="77777777" w:rsidR="00AC3FD8" w:rsidRDefault="00AC3F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D5A4E" w14:textId="77777777" w:rsidR="00D26B2E" w:rsidRDefault="00AC3FD8">
    <w:pPr>
      <w:pStyle w:val="Footer"/>
      <w:jc w:val="center"/>
    </w:pPr>
    <w:r>
      <w:rPr>
        <w:color w:val="6B7780"/>
        <w:sz w:val="14"/>
      </w:rPr>
      <w:t>MedRay Imaging • Release of Information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D2623" w14:textId="77777777" w:rsidR="00AC3FD8" w:rsidRDefault="00AC3FD8">
      <w:pPr>
        <w:spacing w:line="240" w:lineRule="auto"/>
      </w:pPr>
      <w:r>
        <w:separator/>
      </w:r>
    </w:p>
  </w:footnote>
  <w:footnote w:type="continuationSeparator" w:id="0">
    <w:p w14:paraId="7187F5F1" w14:textId="77777777" w:rsidR="00AC3FD8" w:rsidRDefault="00AC3F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6D9F4" w14:textId="77777777" w:rsidR="00D26B2E" w:rsidRDefault="00AC3FD8">
    <w:pPr>
      <w:pStyle w:val="Header"/>
      <w:jc w:val="center"/>
    </w:pPr>
    <w:r>
      <w:rPr>
        <w:noProof/>
      </w:rPr>
      <w:drawing>
        <wp:inline distT="0" distB="0" distL="0" distR="0" wp14:anchorId="1D6182F3" wp14:editId="40E95954">
          <wp:extent cx="6748272" cy="10750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ray_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8272" cy="1075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815490">
    <w:abstractNumId w:val="8"/>
  </w:num>
  <w:num w:numId="2" w16cid:durableId="1401249254">
    <w:abstractNumId w:val="6"/>
  </w:num>
  <w:num w:numId="3" w16cid:durableId="813914143">
    <w:abstractNumId w:val="5"/>
  </w:num>
  <w:num w:numId="4" w16cid:durableId="1215652639">
    <w:abstractNumId w:val="4"/>
  </w:num>
  <w:num w:numId="5" w16cid:durableId="1319846966">
    <w:abstractNumId w:val="7"/>
  </w:num>
  <w:num w:numId="6" w16cid:durableId="1188787499">
    <w:abstractNumId w:val="3"/>
  </w:num>
  <w:num w:numId="7" w16cid:durableId="1041780828">
    <w:abstractNumId w:val="2"/>
  </w:num>
  <w:num w:numId="8" w16cid:durableId="129247560">
    <w:abstractNumId w:val="1"/>
  </w:num>
  <w:num w:numId="9" w16cid:durableId="94525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0481"/>
    <w:rsid w:val="000F04EF"/>
    <w:rsid w:val="0015074B"/>
    <w:rsid w:val="0029639D"/>
    <w:rsid w:val="00326F90"/>
    <w:rsid w:val="004056F3"/>
    <w:rsid w:val="00457726"/>
    <w:rsid w:val="00555373"/>
    <w:rsid w:val="008D3595"/>
    <w:rsid w:val="00A9520B"/>
    <w:rsid w:val="00AA1D8D"/>
    <w:rsid w:val="00AC3FD8"/>
    <w:rsid w:val="00AF628E"/>
    <w:rsid w:val="00B47730"/>
    <w:rsid w:val="00CB0664"/>
    <w:rsid w:val="00D26B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F54502"/>
  <w14:defaultImageDpi w14:val="330"/>
  <w15:docId w15:val="{3414D7F2-57FD-46B1-B32F-8194B24A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Billi Webber (MedRay Imaging)</cp:lastModifiedBy>
  <cp:revision>2</cp:revision>
  <cp:lastPrinted>2026-08-26T18:26:00Z</cp:lastPrinted>
  <dcterms:created xsi:type="dcterms:W3CDTF">2026-08-26T23:04:00Z</dcterms:created>
  <dcterms:modified xsi:type="dcterms:W3CDTF">2026-08-26T23:04:00Z</dcterms:modified>
  <cp:category/>
</cp:coreProperties>
</file>